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ידע על חג חנוכה - סיפור, מנהגים וסמלים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כללי משחק הסביבון ואותיותיו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ערכי האור והיחד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נרות בחנוכייה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נר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מדליקים נר אחד יותר בכל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משחק מוכר בחג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נכון, תשעה מקומות בסך הכול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לביבות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אותיות הסביבון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הדלקת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לוקחים את נר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מדליקים את נר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מברכים את הברכות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מדליקים בעזרת נר השמש את שאר הנרות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פך שמן קטן דלק שמונה ימים במקום יום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הנס: שמן דלק שמונה ימים במקום יום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 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הקשורה לערכי אור, נס או 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בכיתה במשחק סביבון אמיתי לאחר פעילות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חלק ההתאמה לבין משחק הסביבון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ולהתמקד בחלקי mc ו-fill לכיתות נמוכות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חנוכה -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וסיפורים הקשורים לחנוכה, בדומה למשחקים שמופיעים בטקס - חידון, איש תלוי, סביבון וקלפי שיח.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חנוכייה  ·  לביבות  ·  שמש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ימים חוגגים את חג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מדליקים בחנוכה בכל 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מדורה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נרות בחנוכייה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קוראים לנר שמדליקים בו את שאר הנרות?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נר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נר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נר אחרון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בחנוכה מדליקים נר אחד פחות בכל 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הסביבון הוא משחק מסורתי של חג 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החנוכייה מכילה שמונה קנים ועוד מקום לנר 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בחג חנוכה מדליקים נרות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הנר המיוחד שמדליקים בו את שאר הנרות נקרא נר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מאכל טעים ומטוגן שאוכלים בחנוכה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אותיות הסביבון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הדלקת נרות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את נר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מברכים את הברכות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מדליקים בעזרת נר השמש את שאר הנרות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לוקחים את נר השמש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במשפט אחד מהו הנס המרכזי של חג 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בנס פך השמן?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הנר שמדליקים בו את שאר הנרות?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חנוכה - אור של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