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 חנוכה - סיפור, מנהגים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משחק הסביבון ואותיותיו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האור והיחד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נרות בחנוכייה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השמן 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מדליקים נר אחד יותר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מוכר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תשעה מקומות בסך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בחורף, בחודש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הסיפור ההיסטורי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הדלקת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לוקחים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בעזרת נר השמש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מניחים את נר השמש במקומו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דלק שמונה ימים במקום 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לדוגמה הדלקת נרות ולביבות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הנס: שמן דלק שמונה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לערכי אור, נס או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סביבון אמיתי לאחר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חלק ההתאמה לבין משחק הסביבון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בחלקי mc ו-fill לכיתות נמוכות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וסיפורים על חג 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שמונה ימים לזכר ניצחון וחנוכת 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בו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עם שמונה קנים ועוד מקום לנר 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באשמן, 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שניצחו ושחררו את 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פלא שקרה, כמו פך השמן שדלק שמונה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מדליקים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נרות בחנוכייה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הנר המיוחד?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ניצח במלחמה?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עם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השמן נגמר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השמן דלק יום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השמן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שמן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 אחד פחות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משחק מסורתי של חג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החנוכייה מכילה שמונה קנים ועוד מקום לנר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שחוגגים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נלחמו כדי לשחרר את בית המקדש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המיוחד שמדליקים בו את שאר הנרות נקרא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מאכל טעים ומטוגן שאוכלים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נמשך שמונה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בעזרת נר השמש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נר השמש במקומו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את הברכות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מהו הנס המרכזי של 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דברים שאוהבים בחג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אחת שלמדתם על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