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חג חנוכה - סיפור, מנהגים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משחק הסביבון ואותיותיו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 האור והיחד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נרות בחנוכייה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השמן דלק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מדליקים נר אחד יותר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משחק מוכר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תשעה מקומות בסך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חל בחורף, בחודש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הסיפור ההיסטורי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הדלקת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לוקחים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את הברכות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בעזרת נר השמש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מניחים את נר השמש במקומו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פך שמן קטן דלק שמונה ימים במקום 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לדוגמה הדלקת נרות ולביבות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הנס: שמן דלק שמונה ימים במקום יום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לערכי אור, נס או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סביבון אמיתי לאחר פעילות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חלק ההתאמה לבין משחק הסביבון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ולהתמקד בחלקי mc ו-fill לכיתות נמוכות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וסיפורים הקשורים לחנוכה, בדומה למשחקים שמופיעים בטקס - חידון, איש תלוי, סביבון וקלפי שיח.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חוגגים את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מדליקים בחנוכה בכל 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נרות בחנוכייה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לנר שמדליקים בו את שאר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מאכל מסורתי אוכלים בחנוכה ומטוגן בשמן?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ניצח במלחמה שעליה חוגגים את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הפלישתים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הנס שקרה עם פך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השמן נגמר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השמן דלק יום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השמן דלק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שמן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 אחד פחות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משחק מסורתי של חג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החנוכייה מכילה שמונה קנים ועוד מקום לנר 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שחוגגים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נלחמו כדי לשחרר את בית המקדש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המיוחד שמדליקים בו את שאר הנרות נקרא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מאכל טעים ומטוגן שאוכלים בחנוכה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של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נמשך שמונה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הדלקת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את הברכות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נר השמש במקומו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בעזרת נר השמש את שאר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 השמש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מהו הנס המרכזי של חג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דברים שאוהבים בחג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בנס פך השמן?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הנר שמדליקים בו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אחת שלמדתם על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